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הבלשים - קיר הפרגון ומשחקי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תובנה, פרגון ומשחק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משחקי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פרגון מנומס לחבר/ה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טובה לחבר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בוחרים שם לצוות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בעמוד שאפשר לתלות תובנה, משחק מילים או פרגון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הפתקיות נשמרות רק במכשיר, לא עולות לאינטרנט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כתוב שעדיין אין ניקוד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גלגל הגורל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(מחשבה חדשה שהבנו)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(מילה טובה לחבר)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(חידה מצחיקה עם צלילים דומים)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(טבלת ניקוד לצוותים)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שם לצוות בגלגל הגורל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פותרים חידה או משחק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פתקית עם תובנה, משחק מילים או פרגון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תולים את הפתקית על הקיר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יוצר משפט או חידה מצחיקה עם מילים דומות בצליל, לפחות שורה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חיובי ומכבד המופנה לצוות אחר, ללא ציניות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תובנה = מחשבה חדשה שהבנו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קיר הפרגון נועד לעודד ולחזק תלמידים אחרים בצוות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מילים דומות בצליל או משמעות כפולה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קיר הפרגון בכיתה ולבקש מהתלמידים לתלות פתקית אמיתית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מתקשים להתמקד בחלקים הקלים (מושגים, התאמה) ולדלג על הכתיבה היצירתית המורכבת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גלגל הגורל בפועל כדי לחלק לצוותים ולהוסיף אלמנט משחקי לשיעור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הבלשים - קיר הפרגון ומשחקי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בכיתה יש קיר פרגון ולוח שיאים לצוותים. כל צוות יכול לתלות פתקיות עם תובנה, משחק מילים מקורי או מילת פרגון לצוות 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תובנה  ·  פרגון  ·  גלגל הגורל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'פרגון'?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מילה טובה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ניקוד לצוות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עם גלגל הגורל?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בוחרים שם לצוות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כותבים תובנה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מוחקים ניקוד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לתלות על הקיר גם משחק מילים מקורי.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הפתקיות עולות לאינטרנט כדי שכולם בעולם יראו אותן.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בתחילת השימוש בלוח השיאים כבר יש ניקוד לצוותים.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פתקית עם מחשבה חדשה שהבנו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טובה שאומרים לחבר כדי לשמח אותו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בעזרת __________ בוחרים שם אקראי לצוות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תובנה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חידה מצחיקה עם צלילים דומים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פרגון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מחשבה חדשה שהבנו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משחק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טבלת ניקוד לצוותים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לוח שיאים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מילה טובה לחבר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תולים את הפתקית על הקיר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שם לצוות בגלגל הגורל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פותרים חידה או משחק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פתקית עם תובנה, משחק מילים או פרגון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משחק מילים מקורי בעברית, למשל עם מילים שנשמעות דומה אך פירושן שונה.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פתקית פרגון לצוות אחר בכיתה. השתמשו במילים מנומסות ומעודדות.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תובנה?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המטרה של קיר הפרגון?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מעבדת הבלשים - קיר הפרגון ומשחקי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