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הבלשים - קיר הפרגון ומשחקי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כמו תובנה, פרגון ומשחק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משחקי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פרגון מנומס לחבר/ה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מילה טובה לחבר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במכשיר הזה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בוחרים שם לצוות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מחשבה או רעיון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מקרינים את המסך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בעמוד שאפשר לתלות תובנה, משחק מילים או פרגון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הפתקיות נשמרות רק במכשיר, לא עולות לאינטרנט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כתוב שעדיין אין 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אפשרות כזו למורה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משחקי מילים הם בדרך כלל מצחיקים ומשעשעים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הפרגון נכתב לצוות אחר כדי לעודד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פרגון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גלגל הגורל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פרגון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(מחשבה חדשה שהבנו)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(מילה טובה לחבר)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(חידה מצחיקה עם צלילים דומים)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(טבלת ניקוד לצוותים)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(בחירת שם 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(מקום לתלות פתקיות)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שם לצוות בגלגל הגורל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פותרים חידה או משחק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פתקית עם תובנה, משחק מילים או פרגון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תולים את הפתקית על הקיר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מקרינים את המסך כדי להציג לכל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יוצר משפט או חידה מצחיקה עם מילים דומות בצליל, לפחות שורה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חיובי ומכבד המופנה לצוות אחר, ללא ציניות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קצר המתאר רעיון או למידה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תובנה = מחשבה חדשה שהבנו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קיר הפרגון נועד לעודד ולחזק תלמידים אחרים בצוות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מילים דומות בצליל או משמעות כפולה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קיר הפרגון בכיתה ולבקש מהתלמידים לתלות פתקית אמיתית בסוף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מתקשים להתמקד בחלקים הקלים (מושגים, התאמה) ולדלג על הכתיבה היצירתית המורכבת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גלגל הגורל בפועל כדי לחלק לצוותים ולהוסיף אלמנט משחקי לשיעור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הבלשים - קיר הפרגון ומשחקי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בכיתה יש קיר מיוחד. על הקיר תולים פתקים עם מחשבה טובה, משחק מילים או מילה יפה לחבר.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או רעיון חדש שהבנו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משחק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או חידה עם מילים מצחיקות או דומות בצליל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פרגון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טובה שאומרים לחבר כדי לשמח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שצריך לפתור בחשיבה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שיאים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שמראה את הניקוד של כל הצוותים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גלגל הגורל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שבעזרתו בוחרים שם לצוות באקראי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תלמידים שעובדים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נקודות שצוות מקבל על פתרון נכון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פרגון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טובה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ניקוד לצוות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שומרים את הפתקים?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במכשיר הזה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אצל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בספר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משתמשים בגלגל?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שם לצוות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תובנה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מוחקים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פותרים חידה מתמטית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תובנה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מילת פרגון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מחשבה או רעיון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מראים לכולם את הקיר?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מדפיסים את הפתקים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מקרינים את המסך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שולחים 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 את הניקוד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לתלות על הקיר גם משחק מילים מקורי.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הפתקיות עולות לאינטרנט כדי שכולם בעולם יראו אותן.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בתחילת השימוש בלוח השיאים כבר יש ניקוד לצוותים.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יכולה להוסיף צוות או ניקוד ידנית.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מילים חייב להיות עצוב ורציני.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פרגון אפשר לכתוב רק לעצמך ולא לצוות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פתקית עם מחשבה חדשה שהבנו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טובה שאומרים לחבר כדי לשמח אותו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בעזרת __________ בוחרים שם אקראי לצוות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הקיר שבו תולים פתקיות נקרא קיר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מספר הנקודות שצוות מקבל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קבוצת תלמידים שפותרת חידות יחד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חידה מצחיקה עם צלילים דומים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מחשבה חדשה שהבנו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משחק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בחירת שם 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לוח שיאים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לתלות פתקיות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גלגל הגורל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טבלת ניקוד לצוותים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קיר הפרגון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מילה טובה לחבר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חידה או משחק 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שם לצוות בגלגל הגורל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תולים את הפתקית על הקיר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מקרינים את המסך כדי להציג לכל הכיתה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פתקית עם תובנה, משחק מילים או פרגון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משחק מילים מקורי בעברית, למשל עם מילים שנשמעות דומה אך פירושן שונה.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פתקית פרגון לצוות אחר בכיתה. השתמשו במילים מנומסות ומעודדות.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תובנה אחת שלמדתם היום בשיעור (בכל נושא שתרצו).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תובנה?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של קיר הפרגון?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למשחק מילים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מעבדת הבלשים - קיר הפרגון ומשחקי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