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מעבדת הבלשים הלשונית, המרחבית והחוסן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מעבדת הבלשים - קיר הפרגון ומשחקי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כמו תובנה, פרגון ומשחק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יצירת משחקי מילים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פרגון מנומס לחבר/ה לכיתה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מילה טובה לחבר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במכשיר הזה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בוחרים שם לצוות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מחשבה או רעיון 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מקרינים את המסך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בעמוד שאפשר לתלות תובנה, משחק מילים או פרגון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הפתקיות נשמרות רק במכשיר, לא עולות לאינטרנט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כתוב שעדיין אין ניקוד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יש אפשרות כזו למורה בעמוד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משחקי מילים הם בדרך כלל מצחיקים ומשעשעים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הפרגון נכתב לצוות אחר כדי לעודד אותו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תובנה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פרגון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גלגל הגורל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פרגון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ניקוד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צוות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(מחשבה חדשה שהבנו)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(מילה טובה לחבר)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(חידה מצחיקה עם צלילים דומים)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(טבלת ניקוד לצוותים)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(בחירת שם צוות)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(מקום לתלות פתקיות)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שם לצוות בגלגל הגורל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פותרים חידה או משחק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כותבים פתקית עם תובנה, משחק מילים או פרגון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תולים את הפתקית על הקיר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מקרינים את המסך כדי להציג לכל הכיתה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יוצר משפט או חידה מצחיקה עם מילים דומות בצליל, לפחות שורה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חיובי ומכבד המופנה לצוות אחר, ללא ציניות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משפט קצר המתאר רעיון או למידה חדשה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תובנה = מחשבה חדשה שהבנו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קיר הפרגון נועד לעודד ולחזק תלמידים אחרים בצוות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עם מילים דומות בצליל או משמעות כפולה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קיר הפרגון בכיתה ולבקש מהתלמידים לתלות פתקית אמיתית בסוף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מתקשים להתמקד בחלקים הקלים (מושגים, התאמה) ולדלג על הכתיבה היצירתית המורכבת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את גלגל הגורל בפועל כדי לחלק לצוותים ולהוסיף אלמנט משחקי לשיעור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מעבדת הבלשים הלשונית, המרחבית והחוסן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מעבדת הבלשים - קיר הפרגון ומשחקי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בכיתה יש קיר פרגון ולוח שיאים לצוותים. כל צוות יכול לתלות פתקיות עם תובנה, משחק מילים מקורי או מילת פרגון לצוות אחר.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'פרגון'?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מילה טובה לחבר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ניקוד לצוות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של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של חידה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היכן נשמרות הפתקיות שכותבים?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באינטרנט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במכשיר הזה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אצל המורה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בספר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עם גלגל הגורל?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בוחרים שם לצוות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כותבים תובנה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מוחקים ניקוד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פותרים חידה מתמטית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'תובנה'?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מילת פרגון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מחשבה או רעיון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צוות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כדי להציג את הקיר לכל הכיתה, מה עושים?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מדפיסים את הפתקים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מקרינים את המסך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שולחים הודעה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מוחקים את הניקוד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לתלות על הקיר גם משחק מילים מקורי.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הפתקיות עולות לאינטרנט כדי שכולם בעולם יראו אותן.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בתחילת השימוש בלוח השיאים כבר יש ניקוד לצוותים.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המורה יכולה להוסיף צוות או ניקוד ידנית.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מילים חייב להיות עצוב ורציני.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פרגון אפשר לכתוב רק לעצמך ולא לצוות אחר.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פתקית עם מחשבה חדשה שהבנו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מילה טובה שאומרים לחבר כדי לשמח אותו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בעזרת __________ בוחרים שם אקראי לצוות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הקיר שבו תולים פתקיות נקרא קיר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מספר הנקודות שצוות מקבל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קבוצת תלמידים שפותרת חידות יחד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תובנה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חידה מצחיקה עם צלילים דומים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פרגון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בחירת שם צוות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משחק מילים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טבלת ניקוד לצוותים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לוח שיאים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מקום לתלות פתקיות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גלגל הגורל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מילה טובה לחבר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קיר הפרגון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מחשבה חדשה שהבנו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תולים את הפתקית על הקיר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פתקית עם תובנה, משחק מילים או פרגון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מקרינים את המסך כדי להציג לכל הכיתה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שם לצוות בגלגל הגורל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פותרים חידה או משחק מילים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משחק מילים מקורי בעברית, למשל עם מילים שנשמעות דומה אך פירושן שונה.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פתקית פרגון לצוות אחר בכיתה. השתמשו במילים מנומסות ומעודדות.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תובנה אחת שלמדתם היום בשיעור (בכל נושא שתרצו).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תובנה?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המטרה של קיר הפרגון?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למשחק מילים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מעבדת הבלשים - קיר הפרגון ומשחקי מילים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